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3A21E3" w14:textId="2072AAD8" w:rsidR="00A12B2A" w:rsidRDefault="003807D5">
      <w:pPr>
        <w:pStyle w:val="Heading1"/>
      </w:pPr>
      <w:r w:rsidRPr="003807D5">
        <w:t xml:space="preserve">Checklist de </w:t>
      </w:r>
      <w:proofErr w:type="spellStart"/>
      <w:r w:rsidRPr="003807D5">
        <w:t>Verificare</w:t>
      </w:r>
      <w:proofErr w:type="spellEnd"/>
      <w:r>
        <w:t xml:space="preserve">: </w:t>
      </w:r>
      <w:proofErr w:type="spellStart"/>
      <w:r w:rsidRPr="003807D5">
        <w:t>Autoinspecție</w:t>
      </w:r>
      <w:proofErr w:type="spellEnd"/>
      <w:r w:rsidRPr="003807D5">
        <w:t xml:space="preserve"> Personal</w:t>
      </w:r>
    </w:p>
    <w:p w14:paraId="0D0E0735" w14:textId="77777777" w:rsidR="003807D5" w:rsidRDefault="003807D5" w:rsidP="003807D5"/>
    <w:p w14:paraId="56122BE6" w14:textId="77777777" w:rsidR="003807D5" w:rsidRPr="003807D5" w:rsidRDefault="003807D5" w:rsidP="003807D5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84"/>
        <w:gridCol w:w="1715"/>
        <w:gridCol w:w="2022"/>
        <w:gridCol w:w="1504"/>
        <w:gridCol w:w="2231"/>
      </w:tblGrid>
      <w:tr w:rsidR="00A12B2A" w14:paraId="1D2FACFC" w14:textId="77777777">
        <w:tc>
          <w:tcPr>
            <w:tcW w:w="1728" w:type="dxa"/>
          </w:tcPr>
          <w:p w14:paraId="4432C9B2" w14:textId="77777777" w:rsidR="00A12B2A" w:rsidRDefault="00000000">
            <w:r>
              <w:t>Nr.</w:t>
            </w:r>
          </w:p>
        </w:tc>
        <w:tc>
          <w:tcPr>
            <w:tcW w:w="1728" w:type="dxa"/>
          </w:tcPr>
          <w:p w14:paraId="6B708F66" w14:textId="77777777" w:rsidR="00A12B2A" w:rsidRDefault="00000000">
            <w:r>
              <w:t>Categorie</w:t>
            </w:r>
          </w:p>
        </w:tc>
        <w:tc>
          <w:tcPr>
            <w:tcW w:w="1728" w:type="dxa"/>
          </w:tcPr>
          <w:p w14:paraId="583A1ECF" w14:textId="77777777" w:rsidR="00A12B2A" w:rsidRDefault="00000000">
            <w:r>
              <w:t>Verificare</w:t>
            </w:r>
          </w:p>
        </w:tc>
        <w:tc>
          <w:tcPr>
            <w:tcW w:w="1728" w:type="dxa"/>
          </w:tcPr>
          <w:p w14:paraId="48BCD4A0" w14:textId="77777777" w:rsidR="00A12B2A" w:rsidRDefault="00000000">
            <w:r>
              <w:t>Da/Nu</w:t>
            </w:r>
          </w:p>
        </w:tc>
        <w:tc>
          <w:tcPr>
            <w:tcW w:w="1728" w:type="dxa"/>
          </w:tcPr>
          <w:p w14:paraId="0F35C768" w14:textId="77777777" w:rsidR="00A12B2A" w:rsidRDefault="00000000">
            <w:r>
              <w:t>Observații/Dovezi</w:t>
            </w:r>
          </w:p>
        </w:tc>
      </w:tr>
      <w:tr w:rsidR="00A12B2A" w14:paraId="5184A998" w14:textId="77777777">
        <w:tc>
          <w:tcPr>
            <w:tcW w:w="1728" w:type="dxa"/>
          </w:tcPr>
          <w:p w14:paraId="490C0EF8" w14:textId="77777777" w:rsidR="00A12B2A" w:rsidRDefault="00000000">
            <w:r>
              <w:t>1</w:t>
            </w:r>
          </w:p>
        </w:tc>
        <w:tc>
          <w:tcPr>
            <w:tcW w:w="1728" w:type="dxa"/>
          </w:tcPr>
          <w:p w14:paraId="6EA72E9C" w14:textId="77777777" w:rsidR="00A12B2A" w:rsidRDefault="00000000">
            <w:r>
              <w:t>Structura organizațională</w:t>
            </w:r>
          </w:p>
        </w:tc>
        <w:tc>
          <w:tcPr>
            <w:tcW w:w="1728" w:type="dxa"/>
          </w:tcPr>
          <w:p w14:paraId="1EB413CE" w14:textId="77777777" w:rsidR="00A12B2A" w:rsidRDefault="00000000">
            <w:r>
              <w:t>Există un organigramă clară cu responsabilități definite?</w:t>
            </w:r>
          </w:p>
        </w:tc>
        <w:tc>
          <w:tcPr>
            <w:tcW w:w="1728" w:type="dxa"/>
          </w:tcPr>
          <w:p w14:paraId="7D68867F" w14:textId="77777777" w:rsidR="00A12B2A" w:rsidRDefault="00000000">
            <w:r>
              <w:t>✅/❌</w:t>
            </w:r>
          </w:p>
        </w:tc>
        <w:tc>
          <w:tcPr>
            <w:tcW w:w="1728" w:type="dxa"/>
          </w:tcPr>
          <w:p w14:paraId="2DFCACF9" w14:textId="77777777" w:rsidR="00A12B2A" w:rsidRDefault="00000000">
            <w:r>
              <w:t>(Atașează copie)</w:t>
            </w:r>
          </w:p>
        </w:tc>
      </w:tr>
      <w:tr w:rsidR="00A12B2A" w14:paraId="05F20C78" w14:textId="77777777">
        <w:tc>
          <w:tcPr>
            <w:tcW w:w="1728" w:type="dxa"/>
          </w:tcPr>
          <w:p w14:paraId="696AFD97" w14:textId="77777777" w:rsidR="00A12B2A" w:rsidRDefault="00000000">
            <w:r>
              <w:t>2</w:t>
            </w:r>
          </w:p>
        </w:tc>
        <w:tc>
          <w:tcPr>
            <w:tcW w:w="1728" w:type="dxa"/>
          </w:tcPr>
          <w:p w14:paraId="488F6DBC" w14:textId="77777777" w:rsidR="00A12B2A" w:rsidRDefault="00000000">
            <w:r>
              <w:t>Fișe de post</w:t>
            </w:r>
          </w:p>
        </w:tc>
        <w:tc>
          <w:tcPr>
            <w:tcW w:w="1728" w:type="dxa"/>
          </w:tcPr>
          <w:p w14:paraId="4171A402" w14:textId="77777777" w:rsidR="00A12B2A" w:rsidRDefault="00000000">
            <w:r>
              <w:t>Fiecare angajat are o fișă de post clară și actualizată?</w:t>
            </w:r>
          </w:p>
        </w:tc>
        <w:tc>
          <w:tcPr>
            <w:tcW w:w="1728" w:type="dxa"/>
          </w:tcPr>
          <w:p w14:paraId="3FADAAFB" w14:textId="77777777" w:rsidR="00A12B2A" w:rsidRDefault="00000000">
            <w:r>
              <w:t>✅/❌</w:t>
            </w:r>
          </w:p>
        </w:tc>
        <w:tc>
          <w:tcPr>
            <w:tcW w:w="1728" w:type="dxa"/>
          </w:tcPr>
          <w:p w14:paraId="04853940" w14:textId="77777777" w:rsidR="00A12B2A" w:rsidRDefault="00000000">
            <w:r>
              <w:t>(Atașează document)</w:t>
            </w:r>
          </w:p>
        </w:tc>
      </w:tr>
      <w:tr w:rsidR="00A12B2A" w14:paraId="2FA5BBAB" w14:textId="77777777">
        <w:tc>
          <w:tcPr>
            <w:tcW w:w="1728" w:type="dxa"/>
          </w:tcPr>
          <w:p w14:paraId="31D4FE42" w14:textId="77777777" w:rsidR="00A12B2A" w:rsidRDefault="00000000">
            <w:r>
              <w:t>3</w:t>
            </w:r>
          </w:p>
        </w:tc>
        <w:tc>
          <w:tcPr>
            <w:tcW w:w="1728" w:type="dxa"/>
          </w:tcPr>
          <w:p w14:paraId="532AF953" w14:textId="77777777" w:rsidR="00A12B2A" w:rsidRDefault="00000000">
            <w:r>
              <w:t>Instruire GDP</w:t>
            </w:r>
          </w:p>
        </w:tc>
        <w:tc>
          <w:tcPr>
            <w:tcW w:w="1728" w:type="dxa"/>
          </w:tcPr>
          <w:p w14:paraId="32ABCCB4" w14:textId="77777777" w:rsidR="00A12B2A" w:rsidRDefault="00000000">
            <w:r>
              <w:t>Angajații au fost instruiți în GDP și legislația aplicabilă?</w:t>
            </w:r>
          </w:p>
        </w:tc>
        <w:tc>
          <w:tcPr>
            <w:tcW w:w="1728" w:type="dxa"/>
          </w:tcPr>
          <w:p w14:paraId="03D8F048" w14:textId="77777777" w:rsidR="00A12B2A" w:rsidRDefault="00000000">
            <w:r>
              <w:t>✅/❌</w:t>
            </w:r>
          </w:p>
        </w:tc>
        <w:tc>
          <w:tcPr>
            <w:tcW w:w="1728" w:type="dxa"/>
          </w:tcPr>
          <w:p w14:paraId="3486BA4C" w14:textId="77777777" w:rsidR="00A12B2A" w:rsidRDefault="00000000">
            <w:r>
              <w:t>(Atașează liste semnate)</w:t>
            </w:r>
          </w:p>
        </w:tc>
      </w:tr>
      <w:tr w:rsidR="00A12B2A" w14:paraId="08EA91B4" w14:textId="77777777">
        <w:tc>
          <w:tcPr>
            <w:tcW w:w="1728" w:type="dxa"/>
          </w:tcPr>
          <w:p w14:paraId="041D6298" w14:textId="77777777" w:rsidR="00A12B2A" w:rsidRDefault="00000000">
            <w:r>
              <w:t>4</w:t>
            </w:r>
          </w:p>
        </w:tc>
        <w:tc>
          <w:tcPr>
            <w:tcW w:w="1728" w:type="dxa"/>
          </w:tcPr>
          <w:p w14:paraId="765C2207" w14:textId="77777777" w:rsidR="00A12B2A" w:rsidRDefault="00000000">
            <w:r>
              <w:t>Testare cunoștințe</w:t>
            </w:r>
          </w:p>
        </w:tc>
        <w:tc>
          <w:tcPr>
            <w:tcW w:w="1728" w:type="dxa"/>
          </w:tcPr>
          <w:p w14:paraId="47926B51" w14:textId="77777777" w:rsidR="00A12B2A" w:rsidRDefault="00000000">
            <w:r>
              <w:t>Personalul cunoaște și aplică procedurile GDP?</w:t>
            </w:r>
          </w:p>
        </w:tc>
        <w:tc>
          <w:tcPr>
            <w:tcW w:w="1728" w:type="dxa"/>
          </w:tcPr>
          <w:p w14:paraId="572BD72B" w14:textId="77777777" w:rsidR="00A12B2A" w:rsidRDefault="00000000">
            <w:r>
              <w:t>✅/❌</w:t>
            </w:r>
          </w:p>
        </w:tc>
        <w:tc>
          <w:tcPr>
            <w:tcW w:w="1728" w:type="dxa"/>
          </w:tcPr>
          <w:p w14:paraId="47EA772B" w14:textId="77777777" w:rsidR="00A12B2A" w:rsidRDefault="00000000">
            <w:r>
              <w:t>(Rezultate testare)</w:t>
            </w:r>
          </w:p>
        </w:tc>
      </w:tr>
      <w:tr w:rsidR="00A12B2A" w14:paraId="1970A0F1" w14:textId="77777777">
        <w:tc>
          <w:tcPr>
            <w:tcW w:w="1728" w:type="dxa"/>
          </w:tcPr>
          <w:p w14:paraId="29E45B24" w14:textId="77777777" w:rsidR="00A12B2A" w:rsidRDefault="00000000">
            <w:r>
              <w:t>5</w:t>
            </w:r>
          </w:p>
        </w:tc>
        <w:tc>
          <w:tcPr>
            <w:tcW w:w="1728" w:type="dxa"/>
          </w:tcPr>
          <w:p w14:paraId="3889491F" w14:textId="77777777" w:rsidR="00A12B2A" w:rsidRDefault="00000000">
            <w:r>
              <w:t>Acces la zonele de stocare</w:t>
            </w:r>
          </w:p>
        </w:tc>
        <w:tc>
          <w:tcPr>
            <w:tcW w:w="1728" w:type="dxa"/>
          </w:tcPr>
          <w:p w14:paraId="05C70A53" w14:textId="77777777" w:rsidR="00A12B2A" w:rsidRDefault="00000000">
            <w:r>
              <w:t>Accesul este restricționat doar la personal autorizat?</w:t>
            </w:r>
          </w:p>
        </w:tc>
        <w:tc>
          <w:tcPr>
            <w:tcW w:w="1728" w:type="dxa"/>
          </w:tcPr>
          <w:p w14:paraId="3FE3C062" w14:textId="77777777" w:rsidR="00A12B2A" w:rsidRDefault="00000000">
            <w:r>
              <w:t>✅/❌</w:t>
            </w:r>
          </w:p>
        </w:tc>
        <w:tc>
          <w:tcPr>
            <w:tcW w:w="1728" w:type="dxa"/>
          </w:tcPr>
          <w:p w14:paraId="1F584C37" w14:textId="77777777" w:rsidR="00A12B2A" w:rsidRDefault="00000000">
            <w:r>
              <w:t>(Verificare registru acces)</w:t>
            </w:r>
          </w:p>
        </w:tc>
      </w:tr>
      <w:tr w:rsidR="00A12B2A" w14:paraId="559C10D4" w14:textId="77777777">
        <w:tc>
          <w:tcPr>
            <w:tcW w:w="1728" w:type="dxa"/>
          </w:tcPr>
          <w:p w14:paraId="10DAF18E" w14:textId="77777777" w:rsidR="00A12B2A" w:rsidRDefault="00000000">
            <w:r>
              <w:t>6</w:t>
            </w:r>
          </w:p>
        </w:tc>
        <w:tc>
          <w:tcPr>
            <w:tcW w:w="1728" w:type="dxa"/>
          </w:tcPr>
          <w:p w14:paraId="3A718A4F" w14:textId="77777777" w:rsidR="00A12B2A" w:rsidRDefault="00000000">
            <w:r>
              <w:t>Echipament de protecție</w:t>
            </w:r>
          </w:p>
        </w:tc>
        <w:tc>
          <w:tcPr>
            <w:tcW w:w="1728" w:type="dxa"/>
          </w:tcPr>
          <w:p w14:paraId="30D3DB9B" w14:textId="77777777" w:rsidR="00A12B2A" w:rsidRDefault="00000000">
            <w:r>
              <w:t>Personalul poartă echipamentul corespunzător?</w:t>
            </w:r>
          </w:p>
        </w:tc>
        <w:tc>
          <w:tcPr>
            <w:tcW w:w="1728" w:type="dxa"/>
          </w:tcPr>
          <w:p w14:paraId="4A9C9A28" w14:textId="77777777" w:rsidR="00A12B2A" w:rsidRDefault="00000000">
            <w:r>
              <w:t>✅/❌</w:t>
            </w:r>
          </w:p>
        </w:tc>
        <w:tc>
          <w:tcPr>
            <w:tcW w:w="1728" w:type="dxa"/>
          </w:tcPr>
          <w:p w14:paraId="74D2C9FE" w14:textId="77777777" w:rsidR="00A12B2A" w:rsidRDefault="00000000">
            <w:r>
              <w:t>(Fotografii/verificare vizuală)</w:t>
            </w:r>
          </w:p>
        </w:tc>
      </w:tr>
      <w:tr w:rsidR="00A12B2A" w14:paraId="218C72C0" w14:textId="77777777">
        <w:tc>
          <w:tcPr>
            <w:tcW w:w="1728" w:type="dxa"/>
          </w:tcPr>
          <w:p w14:paraId="5F3E8315" w14:textId="77777777" w:rsidR="00A12B2A" w:rsidRDefault="00000000">
            <w:r>
              <w:t>7</w:t>
            </w:r>
          </w:p>
        </w:tc>
        <w:tc>
          <w:tcPr>
            <w:tcW w:w="1728" w:type="dxa"/>
          </w:tcPr>
          <w:p w14:paraId="7C37B64F" w14:textId="77777777" w:rsidR="00A12B2A" w:rsidRDefault="00000000">
            <w:r>
              <w:t>Reguli de igienă</w:t>
            </w:r>
          </w:p>
        </w:tc>
        <w:tc>
          <w:tcPr>
            <w:tcW w:w="1728" w:type="dxa"/>
          </w:tcPr>
          <w:p w14:paraId="0059F44E" w14:textId="77777777" w:rsidR="00A12B2A" w:rsidRDefault="00000000">
            <w:r>
              <w:t>Sunt respectate procedurile privind igiena personalului?</w:t>
            </w:r>
          </w:p>
        </w:tc>
        <w:tc>
          <w:tcPr>
            <w:tcW w:w="1728" w:type="dxa"/>
          </w:tcPr>
          <w:p w14:paraId="15FE14B4" w14:textId="77777777" w:rsidR="00A12B2A" w:rsidRDefault="00000000">
            <w:r>
              <w:t>✅/❌</w:t>
            </w:r>
          </w:p>
        </w:tc>
        <w:tc>
          <w:tcPr>
            <w:tcW w:w="1728" w:type="dxa"/>
          </w:tcPr>
          <w:p w14:paraId="4F6CF1FE" w14:textId="77777777" w:rsidR="00A12B2A" w:rsidRDefault="00000000">
            <w:r>
              <w:t>(Observație directă)</w:t>
            </w:r>
          </w:p>
        </w:tc>
      </w:tr>
      <w:tr w:rsidR="00A12B2A" w14:paraId="6209D18C" w14:textId="77777777">
        <w:tc>
          <w:tcPr>
            <w:tcW w:w="1728" w:type="dxa"/>
          </w:tcPr>
          <w:p w14:paraId="241AF4C3" w14:textId="77777777" w:rsidR="00A12B2A" w:rsidRDefault="00000000">
            <w:r>
              <w:t>8</w:t>
            </w:r>
          </w:p>
        </w:tc>
        <w:tc>
          <w:tcPr>
            <w:tcW w:w="1728" w:type="dxa"/>
          </w:tcPr>
          <w:p w14:paraId="392C9B7B" w14:textId="77777777" w:rsidR="00A12B2A" w:rsidRDefault="00000000">
            <w:r>
              <w:t>Gestionarea situațiilor de urgență</w:t>
            </w:r>
          </w:p>
        </w:tc>
        <w:tc>
          <w:tcPr>
            <w:tcW w:w="1728" w:type="dxa"/>
          </w:tcPr>
          <w:p w14:paraId="7F5591D3" w14:textId="77777777" w:rsidR="00A12B2A" w:rsidRDefault="00000000">
            <w:r>
              <w:t>Personalul știe cum să acționeze în caz de incendiu/accident?</w:t>
            </w:r>
          </w:p>
        </w:tc>
        <w:tc>
          <w:tcPr>
            <w:tcW w:w="1728" w:type="dxa"/>
          </w:tcPr>
          <w:p w14:paraId="10C84B2F" w14:textId="77777777" w:rsidR="00A12B2A" w:rsidRDefault="00000000">
            <w:r>
              <w:t>✅/❌</w:t>
            </w:r>
          </w:p>
        </w:tc>
        <w:tc>
          <w:tcPr>
            <w:tcW w:w="1728" w:type="dxa"/>
          </w:tcPr>
          <w:p w14:paraId="6EF9038B" w14:textId="77777777" w:rsidR="00A12B2A" w:rsidRDefault="00000000">
            <w:r>
              <w:t>(Verificare instruire și simulări)</w:t>
            </w:r>
          </w:p>
        </w:tc>
      </w:tr>
    </w:tbl>
    <w:p w14:paraId="2DB8D0FC" w14:textId="77777777" w:rsidR="00582C30" w:rsidRDefault="00582C30"/>
    <w:sectPr w:rsidR="00582C30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231649228">
    <w:abstractNumId w:val="8"/>
  </w:num>
  <w:num w:numId="2" w16cid:durableId="1610971446">
    <w:abstractNumId w:val="6"/>
  </w:num>
  <w:num w:numId="3" w16cid:durableId="2044789950">
    <w:abstractNumId w:val="5"/>
  </w:num>
  <w:num w:numId="4" w16cid:durableId="1072312825">
    <w:abstractNumId w:val="4"/>
  </w:num>
  <w:num w:numId="5" w16cid:durableId="928151940">
    <w:abstractNumId w:val="7"/>
  </w:num>
  <w:num w:numId="6" w16cid:durableId="1953973301">
    <w:abstractNumId w:val="3"/>
  </w:num>
  <w:num w:numId="7" w16cid:durableId="413430517">
    <w:abstractNumId w:val="2"/>
  </w:num>
  <w:num w:numId="8" w16cid:durableId="35280036">
    <w:abstractNumId w:val="1"/>
  </w:num>
  <w:num w:numId="9" w16cid:durableId="20359568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3807D5"/>
    <w:rsid w:val="00582C30"/>
    <w:rsid w:val="00A12B2A"/>
    <w:rsid w:val="00AA1D8D"/>
    <w:rsid w:val="00B47730"/>
    <w:rsid w:val="00C54607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A25161B"/>
  <w14:defaultImageDpi w14:val="300"/>
  <w15:docId w15:val="{5DDF2B5A-E213-4BE6-A483-3A24A5F856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145</Words>
  <Characters>828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972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Hânză Simona-Maria</cp:lastModifiedBy>
  <cp:revision>2</cp:revision>
  <dcterms:created xsi:type="dcterms:W3CDTF">2013-12-23T23:15:00Z</dcterms:created>
  <dcterms:modified xsi:type="dcterms:W3CDTF">2025-03-17T16:22:00Z</dcterms:modified>
  <cp:category/>
</cp:coreProperties>
</file>